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הלימוד המרכזיים בלשון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כמו שם עצם,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 ואמצעים רטוריים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בלי זמן ובלי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יכול להיות גם זכר וגם נקבה.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הם השינויים הנלמדים ביחידת הסמיכות.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תואר הפועל עונה גם על שאלת 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נלמדים כמה אמצעים, כמו דימוי, הגזמה ושאלה רטורית.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היחידה עוסקת גם בתצורת השם.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התאמה בין נושא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(תשעה סוגים ומבחנים לזיהוי)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(סוגים, מין, מספר ויידוע)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(נסמך וסומך ושינויי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(שלוש דרכים לומר של 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(שאלה רטורית, דימוי והגזמה)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מדגים נכון את חלק הדיבר או האמצעי המבוקש.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ומדויק לכל נושא, המבוסס על התכנים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– צורה בלי זמן וגוף, כמו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הוא המילה הראשונה, סומך היא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לאמצעי כמו חזרה, דימוי או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בסקירה קצרה של רשימת הנושאים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לשניים אם הזמן קצר – חלקים א-ג בשיעור אחד, ד-ה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בדוגמאות מהכיתה כדי להמחיש כל מושג בזמן 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ונושאים חשובים בלשון: שם עצם, סמיכות, שייכות, תואר הפועל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הסוגים השונים של מילים בשפה, כמו שם עצם ופועל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שבו הראשונה היא נסמך והשנייה סומך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מי הבעלים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איך, מתי, איפה או כמה מתבצעת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בלי זמן ובלי גוף, כמו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רטורי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שמטרתה לשכנע או להרשים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ה' הידיעה למילה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מספרת איך קורה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למילה הראשונה בסמיכות?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דרכים יש לומר של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לחזרה על מילה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זמן וגוף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זמן ובלי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העצם יכול להיות ביחיד או ברבים, אך תמיד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ייתכנו שינויים בצורת המילה, בריבוי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יכול לענות על השאלה 'איפה'.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אמצעי רטורי אחד שנלמד בנושא אמצעים רטוריים.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קשור גם ליצירת מילים חדשות כמו משקל וראשי תיבות.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התאמה בין נושא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שלוש דרכים לומר של 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רטורית, דימוי והגזמה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תשעה סוגים ומבחנים לזיהוי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נסמך וסומך ושינויי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אמצעים רטוריים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סוגים, מין, מספר ויידוע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חלק הדיבר שמתאר שם עצם, למשל: ילד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במבנה הסמיכות המילה הראשונה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הצורה 'לכתוב'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שמתארת איך מתבצעת פעולה, כמו 'מהר',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שלא מצפים לתשובה עליה אלא נועדה לעורר מחשבה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אחת הדרכים לציין שייכות היא להשתמש במילה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שם הפועל, אחד עם תואר הפועל ואחד עם אמצעי רטורי.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נושאים מהרשימה (למשל שם העצם והסמיכות) והסבירו במילים שלכם במה הם עוסקים.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הפועל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נסמך לסומך בסמיכות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רטורי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סיור בעולם הלשון – תחומי הדקדוק בחטיבת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