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סיור בעולם הלשון – תחומי הדקדוק בחטיבת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הלימוד המרכזיים בלשון בחטיבת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כמו שם עצם, סמיכות, שייכות ותואר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חלקי דיבר ואמצעים רטוריים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בלי זמן ובלי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יכול להיות גם זכר וגם נקבה.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הם השינויים הנלמדים ביחידת הסמיכות.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התאמה בין נושא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(תשעה סוגים ומבחנים לזיהוי)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(סוגים, מין, מספר ויידוע)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(נסמך וסומך ושינויי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(שלוש דרכים לומר של 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תואר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 קצר ומדויק לכל נושא, המבוסס על התכנים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– צורה בלי זמן וגוף, כמו לקרוא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הוא המילה הראשונה, סומך היא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לאמצעי כמו חזרה, דימוי או שאלה רטורית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בסקירה קצרה של רשימת הנושאים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לשניים אם הזמן קצר – חלקים א-ג בשיעור אחד, ד-ה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בדוגמאות מהכיתה כדי להמחיש כל מושג בזמן 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סיור בעולם הלשון – תחומי הדקדוק בחטיבת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נעבור על עיקרי הנושאים הנלמדים בלשון בחטיבת הביניים: חלקי הדיבר, שם העצם, הסמיכות, השייכות, תואר הפועל, שם הפועל, שם הפעולה והאמצעים הרטוריים.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תואר הפועל  ·  נסמך  ·  תואר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חלק דיבר מתאר איך, מתי, איפה או כמה מתבצעת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דרכים קיימות לציון שייכות לפי היחידה בנושא?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שם הפועל הוא צורה: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זמן וגוף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בלי זמן ובלי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בזמן עבר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העצם יכול להיות ביחיד או ברבים, אך תמיד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בסמיכות ייתכנו שינויים בצורת המילה, בריבוי וביידוע.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– התאמה בין נושא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חלקי הדיבר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 דרכים לומר של 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העצם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נסמך וסומך ושינויי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תשעה סוגים ומבחנים לזיהוי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סוגים, מין, מספר ויידוע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חלק הדיבר שמתאר שם עצם, למשל: ילד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במבנה הסמיכות המילה הראשונה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מילה שמתארת איך מתבצעת פעולה, כמו 'מהר',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נושאים מהרשימה (למשל שם העצם והסמיכות) והסבירו במילים שלכם במה הם עוסקים.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הפועל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נסמך לסומך בסמיכות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סיור בעולם הלשון – תחומי הדקדוק בחטיבת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